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  <w:bookmarkStart w:id="0" w:name="_GoBack"/>
      <w:bookmarkEnd w:id="0"/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7D7E228D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>do Wojewódzkiego Konkursu z .......................................................... 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B0070A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</w:t>
      </w:r>
      <w:r w:rsidRPr="00352867">
        <w:rPr>
          <w:rFonts w:ascii="Lato" w:hAnsi="Lato" w:cs="Lato"/>
          <w:sz w:val="20"/>
          <w:szCs w:val="20"/>
        </w:rPr>
        <w:t>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</w:t>
      </w:r>
      <w:r w:rsidRPr="00352867">
        <w:rPr>
          <w:rFonts w:ascii="Lato" w:hAnsi="Lato" w:cs="Lato"/>
          <w:sz w:val="20"/>
          <w:szCs w:val="20"/>
        </w:rPr>
        <w:t>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8314D4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t>................................</w:t>
      </w:r>
    </w:p>
    <w:p w14:paraId="317B45EB" w14:textId="666E5224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1360609" w14:textId="3152158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t>..........................................................</w:t>
      </w:r>
    </w:p>
    <w:p w14:paraId="709273EA" w14:textId="350FDB51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D75C062" w14:textId="3C5D8A04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</w:t>
      </w:r>
      <w:r w:rsidRPr="00352867">
        <w:rPr>
          <w:rFonts w:ascii="Lato" w:hAnsi="Lato" w:cs="Lato"/>
          <w:sz w:val="20"/>
          <w:szCs w:val="20"/>
        </w:rPr>
        <w:t>.......................................................................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</w:t>
      </w:r>
      <w:r w:rsidRPr="00352867">
        <w:rPr>
          <w:rFonts w:ascii="Lato" w:hAnsi="Lato" w:cs="Lato"/>
          <w:sz w:val="20"/>
          <w:szCs w:val="20"/>
        </w:rPr>
        <w:t>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</w:t>
      </w:r>
      <w:r w:rsidRPr="00352867">
        <w:rPr>
          <w:rFonts w:ascii="Lato" w:hAnsi="Lato" w:cs="Lato"/>
          <w:sz w:val="20"/>
          <w:szCs w:val="20"/>
        </w:rPr>
        <w:t>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Gali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 xml:space="preserve">autorskim i prawach pokrewnych; zasady przetwarzania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 xml:space="preserve">. Oświadczenie rodzica/opiekuna </w:t>
      </w:r>
      <w:r w:rsidRPr="00352867">
        <w:rPr>
          <w:rFonts w:ascii="Lato" w:hAnsi="Lato" w:cs="Lato"/>
          <w:sz w:val="20"/>
          <w:szCs w:val="20"/>
        </w:rPr>
        <w:t>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</w:t>
      </w:r>
      <w:r w:rsidRPr="00352867">
        <w:rPr>
          <w:rFonts w:ascii="Lato" w:hAnsi="Lato" w:cs="Lato"/>
          <w:sz w:val="20"/>
          <w:szCs w:val="20"/>
        </w:rPr>
        <w:t>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szkoła: ................................</w:t>
      </w:r>
      <w:r w:rsidRPr="00352867">
        <w:rPr>
          <w:rFonts w:ascii="Lato" w:hAnsi="Lato" w:cs="Lato"/>
          <w:sz w:val="20"/>
          <w:szCs w:val="20"/>
        </w:rPr>
        <w:t>................................................................................</w:t>
      </w:r>
    </w:p>
    <w:p w14:paraId="32FBF02A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kontaktowe szkoły: ................................................................................................................................................</w:t>
      </w:r>
    </w:p>
    <w:p w14:paraId="063954C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Kontak</w:t>
      </w:r>
      <w:r w:rsidRPr="00352867">
        <w:rPr>
          <w:rFonts w:ascii="Lato" w:hAnsi="Lato" w:cs="Lato"/>
          <w:sz w:val="20"/>
          <w:szCs w:val="20"/>
        </w:rPr>
        <w:t>t do IOD szkoły: ....................................................................................................................................................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organizacji i przeprowadzenia stopnia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Pomorskiego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Konkursu..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</w:t>
      </w:r>
      <w:r w:rsidRPr="00352867">
        <w:rPr>
          <w:rFonts w:ascii="Lato" w:hAnsi="Lato" w:cs="Lato"/>
          <w:sz w:val="20"/>
          <w:szCs w:val="20"/>
        </w:rPr>
        <w:t>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zakresie tych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</w:t>
      </w:r>
      <w:r w:rsidRPr="00352867">
        <w:rPr>
          <w:rFonts w:ascii="Lato" w:hAnsi="Lato" w:cs="Lato"/>
          <w:sz w:val="20"/>
          <w:szCs w:val="20"/>
        </w:rPr>
        <w:t>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przez SKK do właściwej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administratorem danych prz</w:t>
      </w:r>
      <w:r w:rsidRPr="00352867">
        <w:rPr>
          <w:rFonts w:ascii="Lato" w:hAnsi="Lato" w:cs="Lato"/>
          <w:sz w:val="20"/>
          <w:szCs w:val="20"/>
        </w:rPr>
        <w:t xml:space="preserve">etwarzanych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CB286" w14:textId="77777777" w:rsidR="00382C8A" w:rsidRDefault="00382C8A">
      <w:pPr>
        <w:spacing w:after="0" w:line="240" w:lineRule="auto"/>
      </w:pPr>
      <w:r>
        <w:separator/>
      </w:r>
    </w:p>
  </w:endnote>
  <w:endnote w:type="continuationSeparator" w:id="0">
    <w:p w14:paraId="78491935" w14:textId="77777777" w:rsidR="00382C8A" w:rsidRDefault="0038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90405" w14:textId="77777777" w:rsidR="00A67B2E" w:rsidRDefault="00382C8A">
    <w:pPr>
      <w:pStyle w:val="Stopka"/>
      <w:jc w:val="center"/>
    </w:pPr>
    <w:r>
      <w:rPr>
        <w:sz w:val="16"/>
      </w:rPr>
      <w:t xml:space="preserve">Pakiet RODO – konkursy przedmiotowe </w:t>
    </w:r>
    <w:r>
      <w:rPr>
        <w:sz w:val="16"/>
      </w:rPr>
      <w:t>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01BF7" w14:textId="77777777" w:rsidR="00382C8A" w:rsidRDefault="00382C8A">
      <w:pPr>
        <w:spacing w:after="0" w:line="240" w:lineRule="auto"/>
      </w:pPr>
      <w:r>
        <w:separator/>
      </w:r>
    </w:p>
  </w:footnote>
  <w:footnote w:type="continuationSeparator" w:id="0">
    <w:p w14:paraId="20BEFDF9" w14:textId="77777777" w:rsidR="00382C8A" w:rsidRDefault="0038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 xml:space="preserve">Załącznik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7730"/>
    <w:rsid w:val="00BE6293"/>
    <w:rsid w:val="00BF64B4"/>
    <w:rsid w:val="00C81A2F"/>
    <w:rsid w:val="00CB0664"/>
    <w:rsid w:val="00D63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954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Aneta Barbarowicz</cp:lastModifiedBy>
  <cp:revision>11</cp:revision>
  <cp:lastPrinted>2026-08-27T08:48:00Z</cp:lastPrinted>
  <dcterms:created xsi:type="dcterms:W3CDTF">2013-12-23T23:15:00Z</dcterms:created>
  <dcterms:modified xsi:type="dcterms:W3CDTF">2026-09-29T05:28:00Z</dcterms:modified>
  <cp:category/>
</cp:coreProperties>
</file>